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042" w:rsidRPr="00983EF7" w:rsidRDefault="00E26FA8">
      <w:pPr>
        <w:jc w:val="center"/>
        <w:rPr>
          <w:lang w:val="bs-Latn-BA"/>
        </w:rPr>
      </w:pPr>
      <w:r w:rsidRPr="00983EF7">
        <w:rPr>
          <w:b/>
          <w:sz w:val="20"/>
          <w:lang w:val="bs-Latn-BA"/>
        </w:rPr>
        <w:t>BOSNA I HERCEGOVINA</w:t>
      </w:r>
      <w:r w:rsidRPr="00983EF7">
        <w:rPr>
          <w:b/>
          <w:sz w:val="20"/>
          <w:lang w:val="bs-Latn-BA"/>
        </w:rPr>
        <w:br/>
        <w:t>FEDERACIJA BOSNE I HERCEGOVINE</w:t>
      </w:r>
    </w:p>
    <w:p w:rsidR="005A2042" w:rsidRPr="00983EF7" w:rsidRDefault="00E26FA8">
      <w:pPr>
        <w:jc w:val="center"/>
        <w:rPr>
          <w:lang w:val="bs-Latn-BA"/>
        </w:rPr>
      </w:pPr>
      <w:r w:rsidRPr="00983EF7">
        <w:rPr>
          <w:b/>
          <w:sz w:val="22"/>
          <w:lang w:val="bs-Latn-BA"/>
        </w:rPr>
        <w:t>KOMORA DIPLOMIRANIH ZDRAVSTVENIH INŽINJERA SVIH PROFILA</w:t>
      </w:r>
      <w:r w:rsidRPr="00983EF7">
        <w:rPr>
          <w:b/>
          <w:sz w:val="22"/>
          <w:lang w:val="bs-Latn-BA"/>
        </w:rPr>
        <w:br/>
        <w:t>FEDERACIJE BOSNE I HERCEGOVINE</w:t>
      </w:r>
    </w:p>
    <w:p w:rsidR="005A2042" w:rsidRPr="00983EF7" w:rsidRDefault="005A2042" w:rsidP="00073B44">
      <w:pPr>
        <w:ind w:left="-142" w:firstLine="142"/>
        <w:jc w:val="center"/>
        <w:rPr>
          <w:lang w:val="bs-Latn-BA"/>
        </w:rPr>
      </w:pPr>
    </w:p>
    <w:p w:rsidR="005A2042" w:rsidRPr="00983EF7" w:rsidRDefault="00E26FA8">
      <w:pPr>
        <w:jc w:val="center"/>
        <w:rPr>
          <w:lang w:val="bs-Latn-BA"/>
        </w:rPr>
      </w:pPr>
      <w:r w:rsidRPr="00983EF7">
        <w:rPr>
          <w:b/>
          <w:sz w:val="30"/>
          <w:lang w:val="bs-Latn-BA"/>
        </w:rPr>
        <w:t>ZAHTJEV ZA IZDAVANJE POTVRDE</w:t>
      </w:r>
    </w:p>
    <w:p w:rsidR="005A2042" w:rsidRPr="00983EF7" w:rsidRDefault="00E26FA8">
      <w:pPr>
        <w:rPr>
          <w:lang w:val="bs-Latn-BA"/>
        </w:rPr>
      </w:pPr>
      <w:r w:rsidRPr="00983EF7">
        <w:rPr>
          <w:b/>
          <w:sz w:val="22"/>
          <w:lang w:val="bs-Latn-BA"/>
        </w:rPr>
        <w:t>1. PODACI O PODNOSIOCU ZAHTJEVA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2"/>
        <w:gridCol w:w="4980"/>
      </w:tblGrid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>Ime i prezime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>Ime jednog roditelja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 xml:space="preserve">Adresa </w:t>
            </w:r>
            <w:r w:rsidRPr="00983EF7">
              <w:rPr>
                <w:b/>
                <w:lang w:val="bs-Latn-BA"/>
              </w:rPr>
              <w:t>prebivališta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>Telefon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>E-mail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 w:rsidP="00983EF7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 xml:space="preserve">Stručni naziv 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  <w:tr w:rsidR="005A2042" w:rsidRPr="00983EF7" w:rsidTr="00983EF7">
        <w:tc>
          <w:tcPr>
            <w:tcW w:w="4982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b/>
                <w:lang w:val="bs-Latn-BA"/>
              </w:rPr>
              <w:t>Broj licence za samostalan rad</w:t>
            </w:r>
          </w:p>
        </w:tc>
        <w:tc>
          <w:tcPr>
            <w:tcW w:w="498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 </w:t>
            </w:r>
          </w:p>
        </w:tc>
      </w:tr>
    </w:tbl>
    <w:p w:rsidR="00073B44" w:rsidRPr="00983EF7" w:rsidRDefault="00073B44">
      <w:pPr>
        <w:rPr>
          <w:b/>
          <w:sz w:val="22"/>
          <w:lang w:val="bs-Latn-BA"/>
        </w:rPr>
      </w:pPr>
    </w:p>
    <w:p w:rsidR="005A2042" w:rsidRPr="00983EF7" w:rsidRDefault="00E26FA8">
      <w:pPr>
        <w:rPr>
          <w:lang w:val="bs-Latn-BA"/>
        </w:rPr>
      </w:pPr>
      <w:r w:rsidRPr="00983EF7">
        <w:rPr>
          <w:b/>
          <w:sz w:val="22"/>
          <w:lang w:val="bs-Latn-BA"/>
        </w:rPr>
        <w:t>2. ZAHTJEV ZA IZDAVANJE POTVRDE</w:t>
      </w:r>
    </w:p>
    <w:p w:rsidR="005A2042" w:rsidRPr="00983EF7" w:rsidRDefault="00E26FA8" w:rsidP="00983EF7">
      <w:pPr>
        <w:jc w:val="both"/>
        <w:rPr>
          <w:lang w:val="bs-Latn-BA"/>
        </w:rPr>
      </w:pPr>
      <w:r w:rsidRPr="00983EF7">
        <w:rPr>
          <w:lang w:val="bs-Latn-BA"/>
        </w:rPr>
        <w:t>Molim Komoru diplomiranih zdravstvenih inženjera svih profila Federacije Bosne i Hercegovine da mi izda potvrdu: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________________________________________________________________________________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________________________________________________________________________________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________________________________________________________________________________</w:t>
      </w:r>
    </w:p>
    <w:p w:rsidR="005A2042" w:rsidRPr="00983EF7" w:rsidRDefault="00E26FA8">
      <w:pPr>
        <w:rPr>
          <w:lang w:val="bs-Latn-BA"/>
        </w:rPr>
      </w:pPr>
      <w:r w:rsidRPr="00983EF7">
        <w:rPr>
          <w:b/>
          <w:sz w:val="22"/>
          <w:lang w:val="bs-Latn-BA"/>
        </w:rPr>
        <w:t>3. SVRHA IZDA</w:t>
      </w:r>
      <w:r w:rsidRPr="00983EF7">
        <w:rPr>
          <w:b/>
          <w:sz w:val="22"/>
          <w:lang w:val="bs-Latn-BA"/>
        </w:rPr>
        <w:t>VANJA POTVRDE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Potvrda se traži u svrhu: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________________________________________________________________________________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________________________________________________________________________________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______________________________________________________</w:t>
      </w:r>
      <w:r w:rsidRPr="00983EF7">
        <w:rPr>
          <w:lang w:val="bs-Latn-BA"/>
        </w:rPr>
        <w:t>__________________________</w:t>
      </w:r>
    </w:p>
    <w:p w:rsidR="00073B44" w:rsidRPr="00983EF7" w:rsidRDefault="00073B44">
      <w:pPr>
        <w:rPr>
          <w:b/>
          <w:sz w:val="22"/>
          <w:lang w:val="bs-Latn-BA"/>
        </w:rPr>
      </w:pPr>
      <w:r w:rsidRPr="00983EF7">
        <w:rPr>
          <w:b/>
          <w:sz w:val="22"/>
          <w:lang w:val="bs-Latn-BA"/>
        </w:rPr>
        <w:br w:type="page"/>
      </w:r>
    </w:p>
    <w:p w:rsidR="005A2042" w:rsidRPr="00983EF7" w:rsidRDefault="00E26FA8">
      <w:pPr>
        <w:rPr>
          <w:lang w:val="bs-Latn-BA"/>
        </w:rPr>
      </w:pPr>
      <w:r w:rsidRPr="00983EF7">
        <w:rPr>
          <w:b/>
          <w:sz w:val="22"/>
          <w:lang w:val="bs-Latn-BA"/>
        </w:rPr>
        <w:lastRenderedPageBreak/>
        <w:t>4. NAČIN DOSTAVE POTVRDE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☐</w:t>
      </w:r>
      <w:r w:rsidRPr="00983EF7">
        <w:rPr>
          <w:lang w:val="bs-Latn-BA"/>
        </w:rPr>
        <w:t xml:space="preserve"> preuzme lično u prostorijama Komore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☐</w:t>
      </w:r>
      <w:r w:rsidRPr="00983EF7">
        <w:rPr>
          <w:lang w:val="bs-Latn-BA"/>
        </w:rPr>
        <w:t xml:space="preserve"> dostavi elektronskim putem na e-mail adresu navedenu u zahtjevu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☐</w:t>
      </w:r>
      <w:r w:rsidRPr="00983EF7">
        <w:rPr>
          <w:lang w:val="bs-Latn-BA"/>
        </w:rPr>
        <w:t xml:space="preserve"> dostavi na drugi način: _________________________________________________</w:t>
      </w:r>
    </w:p>
    <w:p w:rsidR="005A2042" w:rsidRPr="00983EF7" w:rsidRDefault="00E26FA8">
      <w:pPr>
        <w:rPr>
          <w:lang w:val="bs-Latn-BA"/>
        </w:rPr>
      </w:pPr>
      <w:r w:rsidRPr="00983EF7">
        <w:rPr>
          <w:b/>
          <w:sz w:val="22"/>
          <w:lang w:val="bs-Latn-BA"/>
        </w:rPr>
        <w:t>5. IZJAVA PODNOSIOCA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Pod</w:t>
      </w:r>
      <w:r w:rsidRPr="00983EF7">
        <w:rPr>
          <w:lang w:val="bs-Latn-BA"/>
        </w:rPr>
        <w:t xml:space="preserve"> punom odgovornošću potvrđujem da su navedeni podaci tačni i potpuni te da potvrdu tražim za navedenu svrhu.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5A2042" w:rsidRPr="00983EF7"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>Mjesto: ______________________________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>Datum: ______________________________</w:t>
            </w:r>
          </w:p>
        </w:tc>
      </w:tr>
      <w:tr w:rsidR="005A2042" w:rsidRPr="00983EF7"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>Ime i prezime: ________________________</w:t>
            </w:r>
          </w:p>
        </w:tc>
        <w:tc>
          <w:tcPr>
            <w:tcW w:w="498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A2042" w:rsidRPr="00983EF7" w:rsidRDefault="00E26FA8">
            <w:pPr>
              <w:rPr>
                <w:lang w:val="bs-Latn-BA"/>
              </w:rPr>
            </w:pPr>
            <w:r w:rsidRPr="00983EF7">
              <w:rPr>
                <w:lang w:val="bs-Latn-BA"/>
              </w:rPr>
              <w:t xml:space="preserve">Potpis: </w:t>
            </w:r>
            <w:r w:rsidRPr="00983EF7">
              <w:rPr>
                <w:lang w:val="bs-Latn-BA"/>
              </w:rPr>
              <w:t>______________________________</w:t>
            </w:r>
          </w:p>
        </w:tc>
      </w:tr>
    </w:tbl>
    <w:p w:rsidR="00073B44" w:rsidRPr="00983EF7" w:rsidRDefault="00073B44">
      <w:pPr>
        <w:rPr>
          <w:b/>
          <w:sz w:val="22"/>
          <w:lang w:val="bs-Latn-BA"/>
        </w:rPr>
      </w:pPr>
    </w:p>
    <w:p w:rsidR="005A2042" w:rsidRPr="00983EF7" w:rsidRDefault="00E26FA8">
      <w:pPr>
        <w:rPr>
          <w:lang w:val="bs-Latn-BA"/>
        </w:rPr>
      </w:pPr>
      <w:r w:rsidRPr="00983EF7">
        <w:rPr>
          <w:b/>
          <w:sz w:val="22"/>
          <w:lang w:val="bs-Latn-BA"/>
        </w:rPr>
        <w:t>NAPOMENA</w:t>
      </w:r>
    </w:p>
    <w:p w:rsidR="005A2042" w:rsidRPr="00983EF7" w:rsidRDefault="00E26FA8">
      <w:pPr>
        <w:rPr>
          <w:lang w:val="bs-Latn-BA"/>
        </w:rPr>
      </w:pPr>
      <w:r w:rsidRPr="00983EF7">
        <w:rPr>
          <w:b/>
          <w:lang w:val="bs-Latn-BA"/>
        </w:rPr>
        <w:t>Troškovi izdavanja potvrde iznose 30,00 KM, u skladu sa važećim Cjenovnikom Komore.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 xml:space="preserve">Uz ispunjen i potpisan zahtjev potrebno je dostaviti dokaz o izvršenoj uplati naknade u iznosu od 30,00 KM na e-mail adresu Komore: </w:t>
      </w:r>
      <w:r w:rsidRPr="00983EF7">
        <w:rPr>
          <w:b/>
          <w:lang w:val="bs-Latn-BA"/>
        </w:rPr>
        <w:t>komora@kdzifbih.ba</w:t>
      </w:r>
    </w:p>
    <w:p w:rsidR="005A2042" w:rsidRPr="00983EF7" w:rsidRDefault="00E26FA8">
      <w:pPr>
        <w:rPr>
          <w:lang w:val="bs-Latn-BA"/>
        </w:rPr>
      </w:pPr>
      <w:r w:rsidRPr="00983EF7">
        <w:rPr>
          <w:lang w:val="bs-Latn-BA"/>
        </w:rPr>
        <w:t>Zahtjev se</w:t>
      </w:r>
      <w:bookmarkStart w:id="0" w:name="_GoBack"/>
      <w:bookmarkEnd w:id="0"/>
      <w:r w:rsidRPr="00983EF7">
        <w:rPr>
          <w:lang w:val="bs-Latn-BA"/>
        </w:rPr>
        <w:t xml:space="preserve"> smatra potpunim nakon dostavljanja uredno popunjenog zahtjeva i dokaza o izvršenoj uplati.</w:t>
      </w:r>
    </w:p>
    <w:sectPr w:rsidR="005A2042" w:rsidRPr="00983EF7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FA8" w:rsidRDefault="00E26FA8">
      <w:pPr>
        <w:spacing w:after="0" w:line="240" w:lineRule="auto"/>
      </w:pPr>
      <w:r>
        <w:separator/>
      </w:r>
    </w:p>
  </w:endnote>
  <w:endnote w:type="continuationSeparator" w:id="0">
    <w:p w:rsidR="00E26FA8" w:rsidRDefault="00E26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42" w:rsidRDefault="00E26FA8">
    <w:pPr>
      <w:pStyle w:val="Footer"/>
      <w:jc w:val="center"/>
    </w:pPr>
    <w:r>
      <w:rPr>
        <w:sz w:val="16"/>
      </w:rPr>
      <w:t>KDZIFBiH | Obrazac ZP-01 | Zahtjev za izdavanje potvrde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FA8" w:rsidRDefault="00E26FA8">
      <w:pPr>
        <w:spacing w:after="0" w:line="240" w:lineRule="auto"/>
      </w:pPr>
      <w:r>
        <w:separator/>
      </w:r>
    </w:p>
  </w:footnote>
  <w:footnote w:type="continuationSeparator" w:id="0">
    <w:p w:rsidR="00E26FA8" w:rsidRDefault="00E26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3B44"/>
    <w:rsid w:val="0015074B"/>
    <w:rsid w:val="0029639D"/>
    <w:rsid w:val="00326F90"/>
    <w:rsid w:val="005A2042"/>
    <w:rsid w:val="00983EF7"/>
    <w:rsid w:val="00AA1D8D"/>
    <w:rsid w:val="00B47730"/>
    <w:rsid w:val="00CB0664"/>
    <w:rsid w:val="00E26F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BC5FB"/>
  <w14:defaultImageDpi w14:val="300"/>
  <w15:docId w15:val="{9FF8AF68-C5D4-4A38-B92A-0F3ABC96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23FC40-3A3A-405E-804A-0FF8D4347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Maestro</cp:lastModifiedBy>
  <cp:revision>4</cp:revision>
  <cp:lastPrinted>2026-09-30T09:56:00Z</cp:lastPrinted>
  <dcterms:created xsi:type="dcterms:W3CDTF">2026-09-30T09:52:00Z</dcterms:created>
  <dcterms:modified xsi:type="dcterms:W3CDTF">2026-09-30T09:58:00Z</dcterms:modified>
  <cp:category/>
</cp:coreProperties>
</file>